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פעולה ולהבדיל אותו מהפועל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שם פעולה מפועל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בשם פעולה במשפט עם ה׳ הידיעה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שם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בהסבר - שם פעולה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הדוגמה שמופיעה בכרטיס ההסבר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בישול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לשם הפעולה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(ריצה)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מילה שאתם לא בטוחים לגביה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 להוסיף לפניה ה׳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נסו להוסיף אחריה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מתאר פעולה קורית, שם פעולה הוא שם עצם שבא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אפשר להוסיף ה׳ הידיעה ושם תואר לפני ואחרי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 ההסבר ולתרגל יחד את הדוגמה 'הקריאה המהנה'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למצוא עוד דוגמאות לשמות פעולה מהיום-יום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שם פעולה הוא שם עצם שנוצר מפועל ומבטא את הפעולה עצמה, כמו כתב-כתיבה או הלך-הליכה. בדף זה נתרגל לזהות וליצור שמות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טיול  ·  בישול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היא שם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שם הפעולה של הפועל 'הלך'?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פעולה הוא שם עצם שמבטא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הפעולה של 'דיבר' הוא 'דיבור'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טייל ← ה__________ השנתי יצא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בישל ← סבא אוהב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פועל לשם הפעולה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נסו להוסיף לפניה ה׳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נסו להוסיף אחריה שם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מילה שאתם לא בטוחים לגביה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פועל לשם פעולה?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פעולה אחד מהפועל 'קרא'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