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שמות פעולה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שם פעולה ולהבדיל אותו מהפועל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ליצור שם פעולה מפועל נתון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נכון בשם פעולה במשפט עם ה׳ הידיעה ושם תואר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שם 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הליכה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שחייה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הריצה הארוכה עייפה אותי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הכנה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נאמר בהסבר - שם פעולה הוא שם עצם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אפשר, כי שם פעולה הוא שם עצם, למשל הריצה הארוכה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הדוגמה שמופיעה בכרטיס ההסבר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בדרך כלל אפשר, אבל לא בכל המקרים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קורא הוא פועל, אי אפשר להוסיף לו ה׳ ושם תואר כמו שם עצם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שם הפעולה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טיול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בישול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קפיצה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שמירה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פועל לשם הפעולה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(כתיבה)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(הליכה)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(ריצה)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(נסיעה)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(ציור)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הבדיקה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בחרו מילה שאתם לא בטוחים לגביה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נסו להוסיף לפניה ה׳ הידיעה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נסו להוסיף אחריה שם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אם המשפט עובד - זהו שם פעולה; אם לא - זהו פועל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 משפט כולל שם פעולה אחד, ה׳ הידיעה, ושם תואר מתאים; שלושה שמות פעולה שונים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פועל מתאר פעולה קורית, שם פעולה הוא שם עצם שבא ממנו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בודקים אם אפשר להוסיף ה׳ הידיעה ושם תואר לפני ואחרי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בכרטיס ההסבר ולתרגל יחד את הדוגמה 'הקריאה המהנה'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לבקש מהתלמידים למצוא עוד דוגמאות לשמות פעולה מהיום-יום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שמות פעולה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שם פעולה הוא מילה שבאה מפועל, אבל היא שם עצם. למשל: כתב (פועל) - כתיבה (שם פעולה). נתרגל יחד.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פעולה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עצם שבא מפועל ומתאר פעולה, כמו כתיבה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פועל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שמתארת פעולה שקורית, כמו כתב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עצם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ששמה דבר, אדם או רעיון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ה׳ הידיעה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האות ה בתחילת מילה שאומרת שמדובר בדבר מסוים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תואר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שמתארת שם עצם, כמו ארוכה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שלוש האותיות העיקריות של המילה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שם 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היא שם עצם שבא מפועל?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יכתוב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קוראים לשם העצם שבא מהמילה הלך?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הליכה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קוראים לשם העצם שבא מהמילה שחה?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ישחה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שחייה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באיזה משפט המילה מתפקדת כשם עצם?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הריצה הארוכה עייפה אותי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רץ הארוכה עייפה אותי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רצתי הארוכה עייפה אותי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ירוץ הארוכה עייפה אותי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קוראים לשם העצם שבא מהמילה הכין?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מכין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הכנה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יכין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הכין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פעולה הוא שם עצם שמבטא פעולה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 אפשר להוסיף ה׳ הידיעה לשם פעולה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הפעולה של 'דיבר' הוא 'דיבור'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תמיד להחליף 'ל+פועל' בשם פעולה בלי יוצא מן הכלל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'קורא' היא שם פעולה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שם הפעולה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טייל ← ה__________ השנתי יצא בבוקר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בישל ← סבא אוהב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הסביר ← ה__________ של המורה היה ברור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קפץ ← ה__________ הגבוהה הרשימה את כולם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שמר ← ה__________ על הטבע חשובה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פועל לשם הפעולה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ציור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הלך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כתיבה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נסיעה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נסע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ריצה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צייר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הליכה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הבדיקה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נסו להוסיף אחריה שם תואר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המשפט עובד - זהו שם פעולה; אם לא - זהו פועל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נסו להוסיף לפניה ה׳ הידיעה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בחרו מילה שאתם לא בטוחים לגביה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משפטים, בכל משפט שם פעולה שונה עם ה׳ הידיעה ושם תואר, לדוגמה: הקריאה המהנה.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פועל לשם פעולה?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שם פעולה אחד מהפועל 'קרא'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בודקים אם מילה היא שם פעולה?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שמות פעולה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