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🎲 מרכזי למידה בלשון – מכיתה א׳ עד ט׳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שמות פעולה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שם פעולה ולהבדיל אותו מהפועל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ליצור שם פעולה מפועל נתון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להשתמש נכון בשם פעולה במשפט עם ה׳ הידיעה ושם תואר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זיהוי שם פעולה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הליכה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שחייה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הריצה הארוכה עייפה אותי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הכנה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נאמר בהסבר - שם פעולה הוא שם עצם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אפשר, כי שם פעולה הוא שם עצם, למשל הריצה הארוכה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זה הדוגמה שמופיעה בכרטיס ההסבר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בדרך כלל אפשר, אבל לא בכל המקרים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קורא הוא פועל, אי אפשר להוסיף לו ה׳ ושם תואר כמו שם עצם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שם הפעולה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טיול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בישול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הסבר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קפיצה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שמירה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פועל לשם הפעולה שלו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(כתיבה)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(הליכה)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(ריצה)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(נסיעה)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(ציור)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שלבי הבדיקה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בחרו מילה שאתם לא בטוחים לגביה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נסו להוסיף לפניה ה׳ הידיעה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נסו להוסיף אחריה שם תואר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אם המשפט עובד - זהו שם פעולה; אם לא - זהו פועל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יצירתית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כל משפט כולל שם פעולה אחד, ה׳ הידיעה, ושם תואר מתאים; שלושה שמות פעולה שונים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פועל מתאר פעולה קורית, שם פעולה הוא שם עצם שבא ממנו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קריאה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בודקים אם אפשר להוסיף ה׳ הידיעה ושם תואר לפני ואחרי המילה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להתחיל בכרטיס ההסבר ולתרגל יחד את הדוגמה 'הקריאה המהנה'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לדלג על הפריטים המסומנים כקשים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לבקש מהתלמידים למצוא עוד דוגמאות לשמות פעולה מהיום-יום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🎲 מרכזי למידה בלשון – מכיתה א׳ עד ט׳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שמות פעולה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שם פעולה הוא שם עצם שנוצר מפועל ומבטא את הפעולה עצמה, כמו כתב-כתיבה או הלך-הליכה. בדף זה נתרגל לזהות וליצור שמות פעולה.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זיהוי שם פעולה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איזו מהמילים היא שם פעולה?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כתיבה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כותב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כתב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יכתוב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שם הפעולה של הפועל 'הלך'?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הולך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הליכה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ילך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הלך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שם הפעולה של הפועל 'שחה'?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שוחה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ישחה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שחייה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שחה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איזה משפט משתמש נכון בשם פעולה?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הריצה הארוכה עייפה אותי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רץ הארוכה עייפה אותי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רצתי הארוכה עייפה אותי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ירוץ הארוכה עייפה אותי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שם הפעולה של הפועל 'הכין'?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מכין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הכנה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יכין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הכין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שם פעולה הוא שם עצם שמבטא פעולה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 אפשר להוסיף ה׳ הידיעה לשם פעולה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שם הפעולה של 'דיבר' הוא 'דיבור'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תמיד להחליף 'ל+פועל' בשם פעולה בלי יוצא מן הכלל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המילה 'קורא' היא שם פעולה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שם הפעולה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טייל ← ה__________ השנתי יצא בבוקר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בישל ← סבא אוהב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הסביר ← ה__________ של המורה היה ברור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קפץ ← ה__________ הגבוהה הרשימה את כולם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שמר ← ה__________ על הטבע חשובה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פועל לשם הפעולה שלו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כתב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ציור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הלך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ריצה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רץ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הליכה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נסע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כתיבה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צייר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נסיעה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שלבי הבדיקה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נסו להוסיף לפניה ה׳ הידיעה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בחרו מילה שאתם לא בטוחים לגביה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אם המשפט עובד - זהו שם פעולה; אם לא - זהו פועל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נסו להוסיף אחריה שם תואר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יצירתית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שלושה משפטים, בכל משפט שם פעולה שונה עם ה׳ הידיעה ושם תואר, לדוגמה: הקריאה המהנה.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פועל לשם פעולה?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שם פעולה אחד מהפועל 'קרא'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איך בודקים אם מילה היא שם פעולה?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שמות פעולה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